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jpeg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100" w:line="240" w:lineRule="auto"/>
        <w:ind w:left="0"/>
      </w:pPr>
      <w:r>
        <w:rPr>
          <w:rFonts w:ascii="Arial" w:hAnsi="Arial"/>
          <w:b/>
          <w:i/>
          <w:sz w:val="24"/>
        </w:rPr>
        <w:t>Kentucky Academic Standards for Reading and Writing</w:t>
      </w:r>
      <w:r>
        <w:rPr>
          <w:rFonts w:ascii="Arial" w:hAnsi="Arial"/>
          <w:b/>
          <w:i w:val="0"/>
          <w:sz w:val="24"/>
        </w:rPr>
        <w:t xml:space="preserve"> – Informative/Explanatory Conferencing Guide – Grade 1</w:t>
      </w:r>
    </w:p>
    <w:p>
      <w:pPr>
        <w:spacing w:after="60"/>
      </w:pPr>
      <w:r>
        <w:rPr>
          <w:sz w:val="18"/>
        </w:rPr>
        <w:t>Guiding Principle C2: Students will compose informative and explanatory texts to examine and convey complex ideas clearly and accurately through the effective selection, organization and analysis of content.</w:t>
      </w:r>
    </w:p>
    <w:p>
      <w:pPr>
        <w:spacing w:after="60"/>
      </w:pPr>
      <w:r>
        <w:rPr>
          <w:sz w:val="18"/>
        </w:rPr>
        <w:t>Note: In Grade 1, students compose informative and/or explanatory texts, using a combination of drawing, dictating, writing and digital resources, to establish a topic and provide information about the topic.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CellMar>
          <w:top w:w="45" w:type="dxa"/>
          <w:bottom w:w="45" w:type="dxa"/>
          <w:left w:w="65" w:type="dxa"/>
          <w:right w:w="65" w:type="dxa"/>
        </w:tblCellMar>
        <w:tblBorders>
          <w:top w:val="single" w:sz="5" w:color="767676"/>
          <w:left w:val="single" w:sz="5" w:color="767676"/>
          <w:bottom w:val="single" w:sz="5" w:color="767676"/>
          <w:right w:val="single" w:sz="5" w:color="767676"/>
          <w:insideH w:val="single" w:sz="5" w:color="767676"/>
          <w:insideV w:val="single" w:sz="5" w:color="767676"/>
        </w:tblBorders>
      </w:tblPr>
      <w:tblGrid>
        <w:gridCol w:w="1555"/>
        <w:gridCol w:w="5544"/>
        <w:gridCol w:w="3312"/>
        <w:gridCol w:w="4421"/>
      </w:tblGrid>
      <w:tr>
        <w:trPr>
          <w:tblHeader/>
        </w:trPr>
        <w:tc>
          <w:tcPr>
            <w:tcW w:type="dxa" w:w="1555"/>
            <w:shd w:fill="69C397"/>
            <w:vAlign w:val="center"/>
          </w:tcPr>
          <w:p>
            <w:pPr>
              <w:jc w:val="center"/>
            </w:pPr>
            <w:r>
              <w:rPr>
                <w:b/>
                <w:sz w:val="18"/>
              </w:rPr>
              <w:t>Composition</w:t>
              <w:br/>
              <w:t>elements</w:t>
            </w:r>
          </w:p>
        </w:tc>
        <w:tc>
          <w:tcPr>
            <w:tcW w:type="dxa" w:w="5544"/>
            <w:shd w:fill="69C397"/>
            <w:vAlign w:val="center"/>
          </w:tcPr>
          <w:p>
            <w:pPr>
              <w:jc w:val="center"/>
            </w:pPr>
            <w:r>
              <w:rPr>
                <w:b/>
                <w:sz w:val="18"/>
              </w:rPr>
              <w:t>Where Am I Now?</w:t>
              <w:br/>
              <w:t>Evidence of Meeting or Exceeding the Standards</w:t>
            </w:r>
          </w:p>
        </w:tc>
        <w:tc>
          <w:tcPr>
            <w:tcW w:type="dxa" w:w="3312"/>
            <w:shd w:fill="69C397"/>
            <w:vAlign w:val="center"/>
          </w:tcPr>
          <w:p>
            <w:pPr>
              <w:jc w:val="center"/>
            </w:pPr>
            <w:r>
              <w:rPr>
                <w:b/>
                <w:sz w:val="18"/>
              </w:rPr>
              <w:t>Where Am I Going?</w:t>
              <w:br/>
              <w:t>Areas for Growth</w:t>
            </w:r>
          </w:p>
        </w:tc>
        <w:tc>
          <w:tcPr>
            <w:tcW w:type="dxa" w:w="4421"/>
            <w:shd w:fill="69C397"/>
            <w:vAlign w:val="center"/>
          </w:tcPr>
          <w:p>
            <w:pPr>
              <w:jc w:val="center"/>
            </w:pPr>
            <w:r>
              <w:rPr>
                <w:b/>
                <w:sz w:val="18"/>
              </w:rPr>
              <w:t>How Am I Going to Get There?</w:t>
              <w:br/>
              <w:t>Strategies/Resources Needed to Strengthen My Composition</w:t>
            </w:r>
          </w:p>
        </w:tc>
      </w:tr>
      <w:tr>
        <w:trPr>
          <w:cantSplit/>
          <w:trHeight w:val="950"/>
        </w:trPr>
        <w:tc>
          <w:tcPr>
            <w:tcW w:type="dxa" w:w="1555"/>
            <w:vAlign w:val="top"/>
            <w:shd w:fill="E1F3EA"/>
          </w:tcPr>
          <w:p>
            <w:r>
              <w:rPr>
                <w:b/>
                <w:sz w:val="18"/>
              </w:rPr>
              <w:t>Clarity and Coherence</w:t>
            </w:r>
          </w:p>
        </w:tc>
        <w:tc>
          <w:tcPr>
            <w:tcW w:type="dxa" w:w="5544"/>
            <w:vAlign w:val="top"/>
          </w:tcPr>
          <w:p w:rsidRPr="00962DF9" w:rsidR="00004A5C" w:rsidP="78A0A69F" w:rsidRDefault="00004A5C" w14:paraId="6EF13B18" w14:textId="141DD29B">
            <w:pPr>
              <w:pStyle w:val="ListBullet"/>
              <w:spacing w:after="15" w:line="240" w:lineRule="auto"/>
              <w:ind w:left="144" w:hanging="144"/>
            </w:pPr>
            <w:r w:rsidRPr="65AC23BA" w:rsidR="77C74333">
              <w:rPr>
                <w:b w:val="1"/>
              </w:rPr>
              <w:t>Effectively</w:t>
            </w:r>
            <w:r w:rsidRPr="65AC23BA" w:rsidR="77C74333">
              <w:rPr/>
              <w:t xml:space="preserve"> introduces and</w:t>
            </w:r>
            <w:r w:rsidRPr="65AC23BA" w:rsidR="579A5DF4">
              <w:rPr/>
              <w:t xml:space="preserve"> </w:t>
            </w:r>
            <w:r w:rsidRPr="65AC23BA" w:rsidR="77C74333">
              <w:rPr/>
              <w:t>maintains</w:t>
            </w:r>
            <w:r w:rsidRPr="65AC23BA" w:rsidR="77C74333">
              <w:rPr/>
              <w:t xml:space="preserve"> a topic</w:t>
            </w:r>
            <w:r>
              <w:t>; and</w:t>
            </w:r>
          </w:p>
          <w:p w:rsidRPr="00962DF9" w:rsidR="00004A5C" w:rsidP="6161A116" w:rsidRDefault="00004A5C" w14:paraId="1470E8F7" w14:textId="2A6005DF">
            <w:pPr>
              <w:pStyle w:val="ListBullet"/>
              <w:spacing w:after="15" w:line="240" w:lineRule="auto"/>
              <w:ind w:left="144" w:hanging="144"/>
            </w:pPr>
            <w:r w:rsidRPr="6161A116" w:rsidR="00004A5C">
              <w:rPr/>
              <w:t xml:space="preserve">Addresses </w:t>
            </w:r>
            <w:r w:rsidRPr="6161A116" w:rsidR="00004A5C">
              <w:rPr>
                <w:b w:val="1"/>
              </w:rPr>
              <w:t xml:space="preserve">all </w:t>
            </w:r>
            <w:r w:rsidRPr="6161A116" w:rsidR="00004A5C">
              <w:rPr/>
              <w:t>demands of the prompt/task</w:t>
            </w:r>
            <w:r>
              <w:t>.</w:t>
            </w:r>
          </w:p>
        </w:tc>
        <w:tc>
          <w:tcPr>
            <w:tcW w:type="dxa" w:w="3312"/>
            <w:vAlign w:val="top"/>
          </w:tcPr>
          <w:p/>
        </w:tc>
        <w:tc>
          <w:tcPr>
            <w:tcW w:type="dxa" w:w="4421"/>
            <w:vAlign w:val="top"/>
          </w:tcPr>
          <w:p/>
        </w:tc>
      </w:tr>
      <w:tr>
        <w:trPr>
          <w:cantSplit/>
          <w:trHeight w:val="950"/>
        </w:trPr>
        <w:tc>
          <w:tcPr>
            <w:tcW w:type="dxa" w:w="1555"/>
            <w:vAlign w:val="top"/>
            <w:shd w:fill="E1F3EA"/>
          </w:tcPr>
          <w:p>
            <w:r>
              <w:rPr>
                <w:b/>
                <w:sz w:val="18"/>
              </w:rPr>
              <w:t>Support</w:t>
            </w:r>
          </w:p>
        </w:tc>
        <w:tc>
          <w:tcPr>
            <w:tcW w:type="dxa" w:w="5544"/>
            <w:vAlign w:val="top"/>
          </w:tcPr>
          <w:p w:rsidRPr="00962DF9" w:rsidR="00004A5C" w:rsidP="2D319EF4" w:rsidRDefault="00004A5C" w14:paraId="0EAC4160" w14:textId="11063E58">
            <w:pPr>
              <w:pStyle w:val="ListBullet"/>
              <w:spacing w:after="15" w:line="240" w:lineRule="auto"/>
              <w:ind w:left="144" w:hanging="144"/>
            </w:pPr>
            <w:r w:rsidRPr="2D319EF4" w:rsidR="539890AD">
              <w:rPr>
                <w:b w:val="1"/>
              </w:rPr>
              <w:t>Develops</w:t>
            </w:r>
            <w:r w:rsidRPr="2D319EF4" w:rsidR="539890AD">
              <w:rPr/>
              <w:t xml:space="preserve"> the topic </w:t>
            </w:r>
            <w:r w:rsidRPr="2D319EF4" w:rsidR="02F33728">
              <w:rPr/>
              <w:t xml:space="preserve">with </w:t>
            </w:r>
            <w:r w:rsidRPr="2D319EF4" w:rsidR="539890AD">
              <w:rPr/>
              <w:t>details</w:t>
            </w:r>
            <w:r w:rsidRPr="2D319EF4" w:rsidR="5DAF4219">
              <w:rPr/>
              <w:t xml:space="preserve"> </w:t>
            </w:r>
            <w:r w:rsidRPr="2D319EF4" w:rsidR="17782945">
              <w:rPr/>
              <w:t>through writing and/or pictures to supply information</w:t>
            </w:r>
            <w:r>
              <w:t>; and</w:t>
            </w:r>
          </w:p>
          <w:p w:rsidRPr="00962DF9" w:rsidR="00004A5C" w:rsidP="2D319EF4" w:rsidRDefault="00004A5C" w14:paraId="3450C951" w14:textId="24DBE060">
            <w:pPr>
              <w:pStyle w:val="ListBullet"/>
              <w:spacing w:after="15" w:line="240" w:lineRule="auto"/>
              <w:ind w:left="144" w:hanging="144"/>
            </w:pPr>
            <w:r w:rsidRPr="2D319EF4" w:rsidR="22FC860A">
              <w:rPr/>
              <w:t>Provides explanations</w:t>
            </w:r>
            <w:r w:rsidRPr="2D319EF4" w:rsidR="636BA66E">
              <w:rPr/>
              <w:t xml:space="preserve"> </w:t>
            </w:r>
            <w:r w:rsidRPr="2D319EF4" w:rsidR="636BA66E">
              <w:rPr/>
              <w:t xml:space="preserve">that </w:t>
            </w:r>
            <w:r w:rsidRPr="2D319EF4" w:rsidR="636BA66E">
              <w:rPr>
                <w:b w:val="1"/>
              </w:rPr>
              <w:t xml:space="preserve">link </w:t>
            </w:r>
            <w:r w:rsidRPr="2D319EF4" w:rsidR="5043BF47">
              <w:rPr>
                <w:b w:val="1"/>
              </w:rPr>
              <w:t>details</w:t>
            </w:r>
            <w:r w:rsidRPr="2D319EF4" w:rsidR="5043BF47">
              <w:rPr/>
              <w:t xml:space="preserve"> to support ideas</w:t>
            </w:r>
            <w:r>
              <w:t>.</w:t>
            </w:r>
          </w:p>
        </w:tc>
        <w:tc>
          <w:tcPr>
            <w:tcW w:type="dxa" w:w="3312"/>
            <w:vAlign w:val="top"/>
          </w:tcPr>
          <w:p/>
        </w:tc>
        <w:tc>
          <w:tcPr>
            <w:tcW w:type="dxa" w:w="4421"/>
            <w:vAlign w:val="top"/>
          </w:tcPr>
          <w:p/>
        </w:tc>
      </w:tr>
      <w:tr>
        <w:trPr>
          <w:cantSplit/>
          <w:trHeight w:val="950"/>
        </w:trPr>
        <w:tc>
          <w:tcPr>
            <w:tcW w:type="dxa" w:w="1555"/>
            <w:vAlign w:val="top"/>
            <w:shd w:fill="E1F3EA"/>
          </w:tcPr>
          <w:p>
            <w:r>
              <w:rPr>
                <w:b/>
                <w:sz w:val="18"/>
              </w:rPr>
              <w:t>Sourcing</w:t>
            </w:r>
          </w:p>
        </w:tc>
        <w:tc>
          <w:tcPr>
            <w:tcW w:type="dxa" w:w="5544"/>
            <w:vAlign w:val="top"/>
          </w:tcPr>
          <w:p w:rsidRPr="00962DF9" w:rsidR="00004A5C" w:rsidP="7EDF0EFC" w:rsidRDefault="00004A5C" w14:paraId="0697AF5E" w14:textId="1D7E9DDC">
            <w:pPr>
              <w:pStyle w:val="ListBullet"/>
              <w:spacing w:after="15" w:line="240" w:lineRule="auto"/>
              <w:ind w:left="144" w:hanging="144"/>
            </w:pPr>
            <w:r w:rsidRPr="7EDF0EFC" w:rsidR="7C3C2397">
              <w:rPr>
                <w:b w:val="0"/>
              </w:rPr>
              <w:t>With guidance and support,</w:t>
            </w:r>
            <w:r w:rsidRPr="7EDF0EFC" w:rsidR="7C3C2397">
              <w:rPr>
                <w:b w:val="0"/>
              </w:rPr>
              <w:t xml:space="preserve"> </w:t>
            </w:r>
            <w:r w:rsidRPr="7EDF0EFC" w:rsidR="7C3C2397">
              <w:rPr>
                <w:b w:val="1"/>
              </w:rPr>
              <w:t>a</w:t>
            </w:r>
            <w:r w:rsidRPr="7EDF0EFC" w:rsidR="34A4989C">
              <w:rPr>
                <w:b w:val="1"/>
              </w:rPr>
              <w:t>ccurately</w:t>
            </w:r>
            <w:r w:rsidRPr="7EDF0EFC" w:rsidR="34A4989C">
              <w:rPr>
                <w:b w:val="0"/>
              </w:rPr>
              <w:t xml:space="preserve"> and </w:t>
            </w:r>
            <w:r w:rsidRPr="7EDF0EFC" w:rsidR="34A4989C">
              <w:rPr>
                <w:b w:val="1"/>
              </w:rPr>
              <w:t>effectively</w:t>
            </w:r>
            <w:r w:rsidRPr="7EDF0EFC" w:rsidR="34A4989C">
              <w:rPr/>
              <w:t xml:space="preserve"> </w:t>
            </w:r>
            <w:bookmarkStart w:name="_Int_IEm5GHG6" w:id="971547330"/>
            <w:r w:rsidRPr="7EDF0EFC" w:rsidR="34A4989C">
              <w:rPr/>
              <w:t>uses</w:t>
            </w:r>
            <w:bookmarkEnd w:id="971547330"/>
            <w:r w:rsidRPr="7EDF0EFC" w:rsidR="67C4AFFD">
              <w:rPr/>
              <w:t xml:space="preserve"> provided</w:t>
            </w:r>
            <w:r w:rsidRPr="7EDF0EFC" w:rsidR="34A4989C">
              <w:rPr/>
              <w:t xml:space="preserve"> sources to </w:t>
            </w:r>
            <w:r w:rsidRPr="7EDF0EFC" w:rsidR="5285BF5B">
              <w:rPr/>
              <w:t>establish</w:t>
            </w:r>
            <w:r w:rsidRPr="7EDF0EFC" w:rsidR="5285BF5B">
              <w:rPr/>
              <w:t xml:space="preserve"> a topic and to convey ideas and</w:t>
            </w:r>
            <w:r w:rsidRPr="7EDF0EFC" w:rsidR="34A4989C">
              <w:rPr/>
              <w:t xml:space="preserve"> information</w:t>
            </w:r>
            <w:r w:rsidRPr="7EDF0EFC" w:rsidR="257C7505">
              <w:rPr/>
            </w:r>
            <w:r>
              <w:t>; and</w:t>
            </w:r>
          </w:p>
          <w:p w:rsidRPr="00962DF9" w:rsidR="00004A5C" w:rsidP="2D319EF4" w:rsidRDefault="00004A5C" w14:paraId="375B6AD7" w14:textId="43A310DB">
            <w:pPr>
              <w:pStyle w:val="ListBullet"/>
              <w:spacing w:after="15" w:line="240" w:lineRule="auto"/>
              <w:ind w:left="144" w:hanging="144"/>
            </w:pPr>
            <w:r w:rsidRPr="2D319EF4" w:rsidR="6D96DA9C">
              <w:rPr>
                <w:b w:val="1"/>
              </w:rPr>
              <w:t xml:space="preserve">Effectively </w:t>
            </w:r>
            <w:r w:rsidRPr="2D319EF4" w:rsidR="6FC0FC67">
              <w:rPr>
                <w:b w:val="0"/>
              </w:rPr>
              <w:t>uses details from the text(s)</w:t>
            </w:r>
            <w:r>
              <w:t>.</w:t>
            </w:r>
          </w:p>
        </w:tc>
        <w:tc>
          <w:tcPr>
            <w:tcW w:type="dxa" w:w="3312"/>
            <w:vAlign w:val="top"/>
          </w:tcPr>
          <w:p/>
        </w:tc>
        <w:tc>
          <w:tcPr>
            <w:tcW w:type="dxa" w:w="4421"/>
            <w:vAlign w:val="top"/>
          </w:tcPr>
          <w:p/>
        </w:tc>
      </w:tr>
      <w:tr>
        <w:trPr>
          <w:cantSplit/>
          <w:trHeight w:val="950"/>
        </w:trPr>
        <w:tc>
          <w:tcPr>
            <w:tcW w:type="dxa" w:w="1555"/>
            <w:vAlign w:val="top"/>
            <w:shd w:fill="E1F3EA"/>
          </w:tcPr>
          <w:p>
            <w:r>
              <w:rPr>
                <w:b/>
                <w:sz w:val="18"/>
              </w:rPr>
              <w:t>Organization</w:t>
            </w:r>
          </w:p>
        </w:tc>
        <w:tc>
          <w:tcPr>
            <w:tcW w:type="dxa" w:w="5544"/>
            <w:vAlign w:val="top"/>
          </w:tcPr>
          <w:p w:rsidRPr="00962DF9" w:rsidR="00004A5C" w:rsidP="2D319EF4" w:rsidRDefault="00004A5C" w14:paraId="0DFE6FF9" w14:textId="7697C7CC">
            <w:pPr>
              <w:pStyle w:val="ListBullet"/>
              <w:spacing w:after="15" w:line="240" w:lineRule="auto"/>
              <w:ind w:left="144" w:hanging="144"/>
            </w:pPr>
            <w:r w:rsidRPr="2D319EF4" w:rsidR="539890AD">
              <w:rPr/>
              <w:t>Builds and</w:t>
            </w:r>
            <w:r w:rsidRPr="2D319EF4" w:rsidR="539890AD">
              <w:rPr>
                <w:b w:val="1"/>
              </w:rPr>
              <w:t xml:space="preserve"> </w:t>
            </w:r>
            <w:r w:rsidRPr="2D319EF4" w:rsidR="539890AD">
              <w:rPr>
                <w:b w:val="1"/>
              </w:rPr>
              <w:t>maintains</w:t>
            </w:r>
            <w:r w:rsidRPr="2D319EF4" w:rsidR="033F95C1">
              <w:rPr>
                <w:b w:val="1"/>
              </w:rPr>
              <w:t xml:space="preserve"> </w:t>
            </w:r>
            <w:r w:rsidRPr="2D319EF4" w:rsidR="66655963">
              <w:rPr>
                <w:b w:val="0"/>
              </w:rPr>
              <w:t xml:space="preserve">text </w:t>
            </w:r>
            <w:r w:rsidRPr="2D319EF4" w:rsidR="539890AD">
              <w:rPr/>
              <w:t>structure to</w:t>
            </w:r>
            <w:r w:rsidRPr="2D319EF4" w:rsidR="62B46CCE">
              <w:rPr/>
              <w:t xml:space="preserve"> provide</w:t>
            </w:r>
            <w:r w:rsidRPr="2D319EF4" w:rsidR="030D7826">
              <w:rPr/>
              <w:t xml:space="preserve"> </w:t>
            </w:r>
            <w:bookmarkStart w:name="_Int_UpQVS821" w:id="649534076"/>
            <w:r w:rsidRPr="2D319EF4" w:rsidR="539890AD">
              <w:rPr/>
              <w:t>the information</w:t>
            </w:r>
            <w:bookmarkEnd w:id="649534076"/>
            <w:r w:rsidRPr="2D319EF4" w:rsidR="539890AD">
              <w:rPr/>
              <w:t>/explanation</w:t>
            </w:r>
            <w:r w:rsidRPr="2D319EF4" w:rsidR="7027C635">
              <w:rPr/>
            </w:r>
            <w:r>
              <w:t>;</w:t>
            </w:r>
          </w:p>
          <w:p w:rsidRPr="00962DF9" w:rsidR="00004A5C" w:rsidP="7038FCDA" w:rsidRDefault="00004A5C" w14:paraId="0F045ACF" w14:textId="00993A97">
            <w:pPr>
              <w:pStyle w:val="ListBullet"/>
              <w:spacing w:after="15" w:line="240" w:lineRule="auto"/>
              <w:ind w:left="144" w:hanging="144"/>
            </w:pPr>
            <w:bookmarkStart w:name="_Int_M5KK7ig1" w:id="1699098255"/>
            <w:r w:rsidRPr="7EDF0EFC" w:rsidR="34A4989C">
              <w:rPr/>
              <w:t>Uses</w:t>
            </w:r>
            <w:bookmarkEnd w:id="1699098255"/>
            <w:r w:rsidRPr="7EDF0EFC" w:rsidR="34A4989C">
              <w:rPr/>
              <w:t xml:space="preserve"> </w:t>
            </w:r>
            <w:r w:rsidRPr="7EDF0EFC" w:rsidR="34A4989C">
              <w:rPr>
                <w:b w:val="1"/>
              </w:rPr>
              <w:t>appropriate</w:t>
            </w:r>
            <w:r w:rsidRPr="7EDF0EFC" w:rsidR="34A4989C">
              <w:rPr/>
              <w:t xml:space="preserve"> </w:t>
            </w:r>
            <w:r w:rsidRPr="7EDF0EFC" w:rsidR="3E08BDCA">
              <w:rPr/>
              <w:t>conjunctions</w:t>
            </w:r>
            <w:r w:rsidRPr="7EDF0EFC" w:rsidR="3E08BDCA">
              <w:rPr/>
              <w:t xml:space="preserve"> </w:t>
            </w:r>
            <w:r w:rsidRPr="7EDF0EFC" w:rsidR="34A4989C">
              <w:rPr/>
              <w:t xml:space="preserve">and </w:t>
            </w:r>
            <w:r w:rsidRPr="7EDF0EFC" w:rsidR="34A4989C">
              <w:rPr/>
              <w:t>transiti</w:t>
            </w:r>
            <w:r w:rsidRPr="7EDF0EFC" w:rsidR="7C842F6F">
              <w:rPr/>
              <w:t>ons in</w:t>
            </w:r>
            <w:r w:rsidRPr="7EDF0EFC" w:rsidR="5CCD65AD">
              <w:rPr/>
              <w:t xml:space="preserve"> </w:t>
            </w:r>
            <w:r w:rsidRPr="7EDF0EFC" w:rsidR="5BEE39BA">
              <w:rPr/>
              <w:t>sentences and paragraphs</w:t>
            </w:r>
            <w:r w:rsidRPr="7EDF0EFC" w:rsidR="6BAE2901">
              <w:rPr/>
            </w:r>
            <w:r w:rsidRPr="7EDF0EFC" w:rsidR="5BEE39BA">
              <w:rPr/>
            </w:r>
            <w:r w:rsidRPr="7EDF0EFC" w:rsidR="4832F761">
              <w:rPr/>
            </w:r>
            <w:r>
              <w:t>; and</w:t>
            </w:r>
          </w:p>
          <w:p w:rsidRPr="00962DF9" w:rsidR="00004A5C" w:rsidP="1B1B095E" w:rsidRDefault="00004A5C" w14:paraId="351C74DE" w14:textId="7D95A34F">
            <w:pPr>
              <w:pStyle w:val="ListBullet"/>
              <w:spacing w:after="15" w:line="240" w:lineRule="auto"/>
              <w:ind w:left="144" w:hanging="144"/>
            </w:pPr>
            <w:r w:rsidRPr="6161A116" w:rsidR="2EF13F82">
              <w:rPr/>
              <w:t>Provides a</w:t>
            </w:r>
            <w:r w:rsidRPr="6161A116" w:rsidR="723ED43B">
              <w:rPr/>
              <w:t xml:space="preserve">n </w:t>
            </w:r>
            <w:r w:rsidRPr="6161A116" w:rsidR="723ED43B">
              <w:rPr>
                <w:b w:val="1"/>
              </w:rPr>
              <w:t>effective</w:t>
            </w:r>
            <w:r w:rsidRPr="6161A116" w:rsidR="2EF13F82">
              <w:rPr>
                <w:b w:val="1"/>
              </w:rPr>
              <w:t xml:space="preserve"> </w:t>
            </w:r>
            <w:r w:rsidRPr="6161A116" w:rsidR="2EF13F82">
              <w:rPr/>
              <w:t xml:space="preserve">concluding </w:t>
            </w:r>
            <w:r w:rsidRPr="6161A116" w:rsidR="2EF13F82">
              <w:rPr/>
              <w:t>section</w:t>
            </w:r>
            <w:r w:rsidRPr="6161A116" w:rsidR="2EF13F82">
              <w:rPr/>
              <w:t xml:space="preserve"> that </w:t>
            </w:r>
            <w:r w:rsidRPr="6161A116" w:rsidR="1456E542">
              <w:rPr/>
              <w:t xml:space="preserve">supports </w:t>
            </w:r>
            <w:r w:rsidRPr="6161A116" w:rsidR="34523229">
              <w:rPr/>
              <w:t>t</w:t>
            </w:r>
            <w:r w:rsidRPr="6161A116" w:rsidR="2EF13F82">
              <w:rPr/>
              <w:t>he information or explanation presented</w:t>
            </w:r>
            <w:r>
              <w:t>.</w:t>
            </w:r>
          </w:p>
        </w:tc>
        <w:tc>
          <w:tcPr>
            <w:tcW w:type="dxa" w:w="3312"/>
            <w:vAlign w:val="top"/>
          </w:tcPr>
          <w:p/>
        </w:tc>
        <w:tc>
          <w:tcPr>
            <w:tcW w:type="dxa" w:w="4421"/>
            <w:vAlign w:val="top"/>
          </w:tcPr>
          <w:p/>
        </w:tc>
      </w:tr>
      <w:tr>
        <w:trPr>
          <w:cantSplit/>
          <w:trHeight w:val="950"/>
        </w:trPr>
        <w:tc>
          <w:tcPr>
            <w:tcW w:type="dxa" w:w="1555"/>
            <w:vAlign w:val="top"/>
            <w:shd w:fill="E1F3EA"/>
          </w:tcPr>
          <w:p>
            <w:r>
              <w:rPr>
                <w:b/>
                <w:sz w:val="18"/>
              </w:rPr>
              <w:t>Language/ Conventions</w:t>
            </w:r>
          </w:p>
        </w:tc>
        <w:tc>
          <w:tcPr>
            <w:tcW w:type="dxa" w:w="5544"/>
            <w:vAlign w:val="top"/>
          </w:tcPr>
          <w:p w:rsidR="77C74333" w:rsidP="2D319EF4" w:rsidRDefault="77C74333" w14:paraId="26AE63B2" w14:textId="76DDAB8A">
            <w:pPr>
              <w:pStyle w:val="ListBullet"/>
              <w:spacing w:after="15" w:line="240" w:lineRule="auto"/>
              <w:ind w:left="144" w:hanging="144"/>
            </w:pPr>
            <w:r w:rsidRPr="1E59D461" w:rsidR="3823D48B">
              <w:rPr>
                <w:b w:val="1"/>
              </w:rPr>
              <w:t xml:space="preserve">Establishes and </w:t>
            </w:r>
            <w:r w:rsidRPr="1E59D461" w:rsidR="3823D48B">
              <w:rPr>
                <w:b w:val="1"/>
              </w:rPr>
              <w:t>maintains</w:t>
            </w:r>
            <w:r w:rsidRPr="1E59D461" w:rsidR="3823D48B">
              <w:rPr>
                <w:b w:val="1"/>
              </w:rPr>
              <w:t xml:space="preserve"> </w:t>
            </w:r>
            <w:r w:rsidRPr="1E59D461" w:rsidR="517BBE49">
              <w:rPr>
                <w:b w:val="0"/>
              </w:rPr>
              <w:t>writing</w:t>
            </w:r>
            <w:r w:rsidRPr="1E59D461" w:rsidR="7C06B5FD">
              <w:rPr>
                <w:b w:val="0"/>
              </w:rPr>
              <w:t>,</w:t>
            </w:r>
            <w:r w:rsidRPr="1E59D461" w:rsidR="517BBE49">
              <w:rPr>
                <w:b w:val="1"/>
              </w:rPr>
              <w:t xml:space="preserve"> </w:t>
            </w:r>
            <w:r w:rsidRPr="1E59D461" w:rsidR="7D304C84">
              <w:rPr>
                <w:b w:val="0"/>
              </w:rPr>
              <w:t>with guidance and support from adults</w:t>
            </w:r>
            <w:r w:rsidRPr="1E59D461" w:rsidR="62B1D630">
              <w:rPr>
                <w:b w:val="0"/>
              </w:rPr>
              <w:t>,</w:t>
            </w:r>
            <w:r w:rsidRPr="1E59D461" w:rsidR="7D304C84">
              <w:rPr>
                <w:b w:val="0"/>
              </w:rPr>
              <w:t xml:space="preserve"> </w:t>
            </w:r>
            <w:r w:rsidRPr="1E59D461" w:rsidR="4F96C390">
              <w:rPr/>
              <w:t>t</w:t>
            </w:r>
            <w:r w:rsidRPr="1E59D461" w:rsidR="638B58BC">
              <w:rPr/>
              <w:t>o strengthen writing</w:t>
            </w:r>
            <w:r>
              <w:t>; and</w:t>
            </w:r>
          </w:p>
          <w:p w:rsidRPr="00962DF9" w:rsidR="00004A5C" w:rsidP="6161A116" w:rsidRDefault="00004A5C" w14:paraId="258834A1" w14:textId="78BB0F6A">
            <w:pPr>
              <w:pStyle w:val="ListBullet"/>
              <w:spacing w:after="15" w:line="240" w:lineRule="auto"/>
              <w:ind w:left="144" w:hanging="144"/>
            </w:pPr>
            <w:r w:rsidRPr="6161A116" w:rsidR="00004A5C">
              <w:rPr>
                <w:b w:val="1"/>
              </w:rPr>
              <w:t xml:space="preserve">Effectively </w:t>
            </w:r>
            <w:r w:rsidRPr="6161A116" w:rsidR="00004A5C">
              <w:rPr/>
              <w:t>uses the</w:t>
            </w:r>
            <w:r w:rsidRPr="6161A116" w:rsidR="00004A5C">
              <w:rPr>
                <w:b w:val="1"/>
              </w:rPr>
              <w:t xml:space="preserve"> </w:t>
            </w:r>
            <w:r w:rsidRPr="6161A116" w:rsidR="00004A5C">
              <w:rPr/>
              <w:t xml:space="preserve">conventions of </w:t>
            </w:r>
            <w:r w:rsidRPr="6161A116" w:rsidR="4C7EA8AC">
              <w:rPr/>
              <w:t>General American</w:t>
            </w:r>
            <w:r w:rsidRPr="6161A116" w:rsidR="00004A5C">
              <w:rPr/>
              <w:t xml:space="preserve"> English grammar, usage, spelling, </w:t>
            </w:r>
            <w:r w:rsidRPr="6161A116" w:rsidR="00004A5C">
              <w:rPr/>
              <w:t>capitalization</w:t>
            </w:r>
            <w:r w:rsidRPr="6161A116" w:rsidR="00004A5C">
              <w:rPr/>
              <w:t xml:space="preserve"> and punctuation with </w:t>
            </w:r>
            <w:r w:rsidRPr="6161A116" w:rsidR="00004A5C">
              <w:rPr>
                <w:b w:val="1"/>
              </w:rPr>
              <w:t xml:space="preserve">minor </w:t>
            </w:r>
            <w:r w:rsidRPr="6161A116" w:rsidR="00004A5C">
              <w:rPr/>
              <w:t xml:space="preserve">errors that </w:t>
            </w:r>
            <w:r w:rsidRPr="6161A116" w:rsidR="00004A5C">
              <w:rPr>
                <w:b w:val="1"/>
              </w:rPr>
              <w:t>do not interfere</w:t>
            </w:r>
            <w:r w:rsidRPr="6161A116" w:rsidR="00004A5C">
              <w:rPr/>
              <w:t xml:space="preserve"> with understanding the writing</w:t>
            </w:r>
            <w:r w:rsidRPr="6161A116" w:rsidR="1779BB44">
              <w:rPr/>
            </w:r>
            <w:r>
              <w:t>.</w:t>
            </w:r>
          </w:p>
        </w:tc>
        <w:tc>
          <w:tcPr>
            <w:tcW w:type="dxa" w:w="3312"/>
            <w:vAlign w:val="top"/>
          </w:tcPr>
          <w:p/>
        </w:tc>
        <w:tc>
          <w:tcPr>
            <w:tcW w:type="dxa" w:w="4421"/>
            <w:vAlign w:val="top"/>
          </w:tcPr>
          <w:p/>
        </w:tc>
      </w:tr>
    </w:tbl>
    <w:sectPr w:rsidR="00FC693F" w:rsidRPr="0006063C" w:rsidSect="00034616">
      <w:headerReference w:type="first" r:id="rId9"/>
      <w:headerReference w:type="default" r:id="rId10"/>
      <w:footerReference w:type="default" r:id="rId11"/>
      <w:footerReference w:type="first" r:id="rId12"/>
      <w:pgSz w:w="15840" w:h="12240"/>
      <w:pgMar w:top="360" w:right="504" w:bottom="1296" w:left="504" w:header="173" w:footer="115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after="0" w:before="0"/>
    </w:pPr>
    <w:r>
      <w:drawing>
        <wp:inline xmlns:a="http://schemas.openxmlformats.org/drawingml/2006/main" xmlns:pic="http://schemas.openxmlformats.org/drawingml/2006/picture">
          <wp:extent cx="1508760" cy="649188"/>
          <wp:docPr id="1" name="Picture 1" descr="Kentucky Department of Education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508760" cy="649188"/>
                  </a:xfrm>
                  <a:prstGeom prst="rect"/>
                </pic:spPr>
              </pic:pic>
            </a:graphicData>
          </a:graphic>
        </wp:inline>
      </w:drawing>
    </w:r>
  </w:p>
  <w:p>
    <w:pPr>
      <w:tabs>
        <w:tab w:pos="14832" w:val="right"/>
      </w:tabs>
      <w:spacing w:after="0" w:before="0" w:line="180" w:lineRule="exact"/>
    </w:pPr>
    <w:r>
      <w:rPr>
        <w:sz w:val="14"/>
      </w:rPr>
      <w:t>KDE: OTL: DPS: TW 2026</w:t>
    </w:r>
    <w:r>
      <w:rPr>
        <w:sz w:val="14"/>
      </w:rPr>
      <w:tab/>
      <w:t xml:space="preserve">Page </w:t>
    </w:r>
    <w:fldSimple w:instr="PAGE"/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13896" w:val="left"/>
      </w:tabs>
      <w:spacing w:before="20"/>
    </w:pPr>
    <w:r>
      <w:rPr>
        <w:sz w:val="14"/>
      </w:rPr>
      <w:t>Kentucky Department of Education | Office of Teaching and Learning | 2026</w:t>
    </w:r>
    <w:r>
      <w:tab/>
    </w:r>
    <w:r>
      <w:rPr>
        <w:sz w:val="14"/>
      </w:rPr>
      <w:t xml:space="preserve">Page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/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/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40" w:lineRule="auto"/>
    </w:pPr>
    <w:rPr>
      <w:rFonts w:ascii="Arial" w:hAnsi="Arial"/>
      <w:color w:val="000000"/>
      <w:sz w:val="19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0" w:after="0" w:line="240" w:lineRule="auto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19"/>
      <w:szCs w:val="28"/>
      <w:lang w:val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0" w:after="0" w:line="240" w:lineRule="auto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19"/>
      <w:szCs w:val="26"/>
      <w:lang w:val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0" w:line="240" w:lineRule="auto" w:before="0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19"/>
      <w:szCs w:val="52"/>
      <w:lang w:val="en-US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0" w:before="0" w:line="240" w:lineRule="auto"/>
      <w:contextualSpacing/>
    </w:pPr>
    <w:rPr>
      <w:rFonts w:ascii="Arial" w:hAnsi="Arial"/>
      <w:color w:val="000000"/>
      <w:sz w:val="19"/>
      <w:lang w:val="en-US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13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customXml" Target="../customXml/item5.xml"/><Relationship Id="rId6" Type="http://schemas.openxmlformats.org/officeDocument/2006/relationships/webSettings" Target="webSettings.xml"/><Relationship Id="rId1" Type="http://schemas.openxmlformats.org/officeDocument/2006/relationships/customXml" Target="../customXml/item1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customXml" Target="../customXml/item4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customXml" Target="../customXml/item3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KDE Document" ma:contentTypeID="0x0101001BEB557DBE01834EAB47A683706DCD5B001CB4B9AB93836842A61C86EAD5F20BA7" ma:contentTypeVersion="28" ma:contentTypeDescription="" ma:contentTypeScope="" ma:versionID="90f6b0fbad01ffe2d30d7dbd0fd3d0a3">
  <xsd:schema xmlns:xsd="http://www.w3.org/2001/XMLSchema" xmlns:xs="http://www.w3.org/2001/XMLSchema" xmlns:p="http://schemas.microsoft.com/office/2006/metadata/properties" xmlns:ns1="http://schemas.microsoft.com/sharepoint/v3" xmlns:ns2="3a62de7d-ba57-4f43-9dae-9623ba637be0" targetNamespace="http://schemas.microsoft.com/office/2006/metadata/properties" ma:root="true" ma:fieldsID="3d787dfc419280de891c12fcb19c7525" ns1:_="" ns2:_="">
    <xsd:import namespace="http://schemas.microsoft.com/sharepoint/v3"/>
    <xsd:import namespace="3a62de7d-ba57-4f43-9dae-9623ba637be0"/>
    <xsd:element name="properties">
      <xsd:complexType>
        <xsd:sequence>
          <xsd:element name="documentManagement">
            <xsd:complexType>
              <xsd:all>
                <xsd:element ref="ns2:Accessibility_x0020_Office" minOccurs="0"/>
                <xsd:element ref="ns2:Accessibility_x0020_Audience" minOccurs="0"/>
                <xsd:element ref="ns2:Accessibility_x0020_Audit_x0020_Date" minOccurs="0"/>
                <xsd:element ref="ns2:Accessibility_x0020_Audit_x0020_Status" minOccurs="0"/>
                <xsd:element ref="ns2:Accessibility_x0020_Target_x0020_Date" minOccurs="0"/>
                <xsd:element ref="ns2:Accessibility_x0020_Status" minOccurs="0"/>
                <xsd:element ref="ns2:Application_x0020_Status" minOccurs="0"/>
                <xsd:element ref="ns2:Application_x0020_Type" minOccurs="0"/>
                <xsd:element ref="ns1:RoutingRuleDescription" minOccurs="0"/>
                <xsd:element ref="ns2:Audience1" minOccurs="0"/>
                <xsd:element ref="ns2:Publication_x0020_Date"/>
                <xsd:element ref="ns1:PublishingStartDate" minOccurs="0"/>
                <xsd:element ref="ns1:PublishingExpirationDate" minOccurs="0"/>
                <xsd:element ref="ns2:Application_x0020_Date" minOccurs="0"/>
                <xsd:element ref="ns2:_dlc_DocId" minOccurs="0"/>
                <xsd:element ref="ns2:_dlc_DocIdUrl" minOccurs="0"/>
                <xsd:element ref="ns2:_dlc_DocIdPersistId" minOccurs="0"/>
                <xsd:element ref="ns2:SharedWithUsers" minOccurs="0"/>
                <xsd:element ref="ns2:Content_x0020_Review_x0020_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RoutingRuleDescription" ma:index="10" nillable="true" ma:displayName="Description" ma:internalName="RoutingRuleDescription" ma:readOnly="false">
      <xsd:simpleType>
        <xsd:restriction base="dms:Text">
          <xsd:maxLength value="255"/>
        </xsd:restriction>
      </xsd:simpleType>
    </xsd:element>
    <xsd:element name="PublishingStartDate" ma:index="13" nillable="true" ma:displayName="Scheduling Start Date" ma:description="" ma:hidden="true" ma:internalName="PublishingStartDate">
      <xsd:simpleType>
        <xsd:restriction base="dms:Unknown"/>
      </xsd:simpleType>
    </xsd:element>
    <xsd:element name="PublishingExpirationDate" ma:index="14" nillable="true" ma:displayName="Scheduling End Date" ma:description="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62de7d-ba57-4f43-9dae-9623ba637be0" elementFormDefault="qualified">
    <xsd:import namespace="http://schemas.microsoft.com/office/2006/documentManagement/types"/>
    <xsd:import namespace="http://schemas.microsoft.com/office/infopath/2007/PartnerControls"/>
    <xsd:element name="Accessibility_x0020_Office" ma:index="2" nillable="true" ma:displayName="Accessibility Office" ma:format="Dropdown" ma:internalName="Accessibility_x0020_Office">
      <xsd:simpleType>
        <xsd:restriction base="dms:Choice">
          <xsd:enumeration value="Commissioner's Office"/>
          <xsd:enumeration value="OAA - Office of Assessment and Accountability"/>
          <xsd:enumeration value="OCIS - Office of Continuous Improvement and Support"/>
          <xsd:enumeration value="OCTE - Career and Technical Education"/>
          <xsd:enumeration value="OELE- Office of Educator Licensure and Effectiveness"/>
          <xsd:enumeration value="OET - Office of Education Technology"/>
          <xsd:enumeration value="OFO - Office of Finance and Operations"/>
          <xsd:enumeration value="OLS - Office of Legal Services"/>
          <xsd:enumeration value="OSEEL - Office of Special Education and Early Learning"/>
          <xsd:enumeration value="OTL - Office of Teaching and Learning"/>
        </xsd:restriction>
      </xsd:simpleType>
    </xsd:element>
    <xsd:element name="Accessibility_x0020_Audience" ma:index="3" nillable="true" ma:displayName="Accessibility Audience" ma:format="Dropdown" ma:internalName="Accessibility_x0020_Audience">
      <xsd:simpleType>
        <xsd:restriction base="dms:Choice">
          <xsd:enumeration value="Public"/>
          <xsd:enumeration value="District"/>
        </xsd:restriction>
      </xsd:simpleType>
    </xsd:element>
    <xsd:element name="Accessibility_x0020_Audit_x0020_Date" ma:index="4" nillable="true" ma:displayName="Accessibility Audit Date" ma:format="DateOnly" ma:internalName="Accessibility_x0020_Audit_x0020_Date">
      <xsd:simpleType>
        <xsd:restriction base="dms:DateTime"/>
      </xsd:simpleType>
    </xsd:element>
    <xsd:element name="Accessibility_x0020_Audit_x0020_Status" ma:index="5" nillable="true" ma:displayName="Accessibility Audit Status" ma:format="Dropdown" ma:internalName="Accessibility_x0020_Audit_x0020_Status">
      <xsd:simpleType>
        <xsd:restriction base="dms:Choice">
          <xsd:enumeration value="OK"/>
          <xsd:enumeration value="Minor"/>
          <xsd:enumeration value="Major"/>
        </xsd:restriction>
      </xsd:simpleType>
    </xsd:element>
    <xsd:element name="Accessibility_x0020_Target_x0020_Date" ma:index="6" nillable="true" ma:displayName="Accessibility Target Date" ma:format="DateOnly" ma:internalName="Accessibility_x0020_Target_x0020_Date">
      <xsd:simpleType>
        <xsd:restriction base="dms:DateTime"/>
      </xsd:simpleType>
    </xsd:element>
    <xsd:element name="Accessibility_x0020_Status" ma:index="7" nillable="true" ma:displayName="Accessibility Status" ma:format="Dropdown" ma:internalName="Accessibility_x0020_Status1" ma:readOnly="false">
      <xsd:simpleType>
        <xsd:restriction base="dms:Choice">
          <xsd:enumeration value="Remove"/>
          <xsd:enumeration value="Remediate"/>
          <xsd:enumeration value="Update"/>
          <xsd:enumeration value="Accessible"/>
          <xsd:enumeration value="Undue Burden"/>
          <xsd:enumeration value="Not KDE Owned"/>
        </xsd:restriction>
      </xsd:simpleType>
    </xsd:element>
    <xsd:element name="Application_x0020_Status" ma:index="8" nillable="true" ma:displayName="Application Status" ma:format="Dropdown" ma:internalName="Application_x0020_Status">
      <xsd:simpleType>
        <xsd:restriction base="dms:Choice">
          <xsd:enumeration value="Approved"/>
          <xsd:enumeration value="Denied"/>
        </xsd:restriction>
      </xsd:simpleType>
    </xsd:element>
    <xsd:element name="Application_x0020_Type" ma:index="9" nillable="true" ma:displayName="Application Type" ma:format="Dropdown" ma:internalName="Application_x0020_Type">
      <xsd:simpleType>
        <xsd:restriction base="dms:Choice">
          <xsd:enumeration value="Original"/>
          <xsd:enumeration value="Amendment"/>
          <xsd:enumeration value="Year 3 Budget"/>
          <xsd:enumeration value="Addendum"/>
          <xsd:enumeration value="Budget Update"/>
        </xsd:restriction>
      </xsd:simpleType>
    </xsd:element>
    <xsd:element name="Audience1" ma:index="11" nillable="true" ma:displayName="Audience" ma:list="{9f2d68f0-dc6b-4e06-b19d-b8792e70efe6}" ma:internalName="Audience1" ma:showField="Title" ma:web="3a62de7d-ba57-4f43-9dae-9623ba637be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ublication_x0020_Date" ma:index="12" ma:displayName="Publication Date" ma:default="[today]" ma:format="DateOnly" ma:internalName="Publication_x0020_Date" ma:readOnly="false">
      <xsd:simpleType>
        <xsd:restriction base="dms:DateTime"/>
      </xsd:simpleType>
    </xsd:element>
    <xsd:element name="Application_x0020_Date" ma:index="15" nillable="true" ma:displayName="Application Date" ma:format="DateOnly" ma:internalName="Application_x0020_Date">
      <xsd:simpleType>
        <xsd:restriction base="dms:DateTime"/>
      </xsd:simpleType>
    </xsd:element>
    <xsd:element name="_dlc_DocId" ma:index="21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22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3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2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Content_x0020_Review_x0020_Status" ma:index="26" nillable="true" ma:displayName="Content Review Status" ma:description="- Verified: Periodically checked and confirmed to still be accurate and relevant.&#10;- Revise: Identified issues require updates or factual corrections.&#10;- Obsolete: No longer relevant; delete or move to internal archive." ma:format="RadioButtons" ma:internalName="Content_x0020_Review_x0020_Status">
      <xsd:simpleType>
        <xsd:restriction base="dms:Choice">
          <xsd:enumeration value="Verified"/>
          <xsd:enumeration value="Revise"/>
          <xsd:enumeration value="Obsolete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4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ontent_x0020_Review_x0020_Status xmlns="3a62de7d-ba57-4f43-9dae-9623ba637be0" xsi:nil="true"/>
    <Accessibility_x0020_Office xmlns="3a62de7d-ba57-4f43-9dae-9623ba637be0">OTL - Office of Teaching and Learning</Accessibility_x0020_Office>
    <Accessibility_x0020_Audit_x0020_Status xmlns="3a62de7d-ba57-4f43-9dae-9623ba637be0" xsi:nil="true"/>
    <Accessibility_x0020_Audience xmlns="3a62de7d-ba57-4f43-9dae-9623ba637be0" xsi:nil="true"/>
    <Accessibility_x0020_Status xmlns="3a62de7d-ba57-4f43-9dae-9623ba637be0">Accessible</Accessibility_x0020_Status>
    <Application_x0020_Type xmlns="3a62de7d-ba57-4f43-9dae-9623ba637be0" xsi:nil="true"/>
    <Application_x0020_Date xmlns="3a62de7d-ba57-4f43-9dae-9623ba637be0" xsi:nil="true"/>
    <Accessibility_x0020_Target_x0020_Date xmlns="3a62de7d-ba57-4f43-9dae-9623ba637be0" xsi:nil="true"/>
    <Application_x0020_Status xmlns="3a62de7d-ba57-4f43-9dae-9623ba637be0" xsi:nil="true"/>
    <Accessibility_x0020_Audit_x0020_Date xmlns="3a62de7d-ba57-4f43-9dae-9623ba637be0" xsi:nil="true"/>
    <RoutingRuleDescription xmlns="http://schemas.microsoft.com/sharepoint/v3" xsi:nil="true"/>
    <PublishingExpirationDate xmlns="http://schemas.microsoft.com/sharepoint/v3" xsi:nil="true"/>
    <PublishingStartDate xmlns="http://schemas.microsoft.com/sharepoint/v3" xsi:nil="true"/>
    <Publication_x0020_Date xmlns="3a62de7d-ba57-4f43-9dae-9623ba637be0">2026-10-21T12:58:53+00:00</Publication_x0020_Date>
    <Audience1 xmlns="3a62de7d-ba57-4f43-9dae-9623ba637be0"/>
  </documentManagement>
</p:properties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BF85243-639B-4AF7-8B41-1B3F01A4B002}"/>
</file>

<file path=customXml/itemProps3.xml><?xml version="1.0" encoding="utf-8"?>
<ds:datastoreItem xmlns:ds="http://schemas.openxmlformats.org/officeDocument/2006/customXml" ds:itemID="{E8D99C9D-9475-4798-A026-0307B76EB47C}"/>
</file>

<file path=customXml/itemProps4.xml><?xml version="1.0" encoding="utf-8"?>
<ds:datastoreItem xmlns:ds="http://schemas.openxmlformats.org/officeDocument/2006/customXml" ds:itemID="{E2C17D39-8481-4358-A12D-066F8708C42B}"/>
</file>

<file path=customXml/itemProps5.xml><?xml version="1.0" encoding="utf-8"?>
<ds:datastoreItem xmlns:ds="http://schemas.openxmlformats.org/officeDocument/2006/customXml" ds:itemID="{49BA865C-FD89-4B32-B24E-AC5B760A3C14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Kentucky Academic Standards for Reading and Writing Informative/Explanatory Conferencing Guide – Grade 1</dc:title>
  <dc:subject>Informative and explanatory writing</dc:subject>
  <dc:creator>Kentucky Department of Education - Office of Teaching and Learning</dc:creator>
  <cp:keywords>KAS, writing, conferencing guide, grade 1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0x0101001BEB557DBE01834EAB47A683706DCD5B001CB4B9AB93836842A61C86EAD5F20BA7</vt:lpwstr>
  </property>
</Properties>
</file>